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99223" w14:textId="77777777" w:rsidR="00733E90" w:rsidRDefault="005517C6">
      <w:pPr>
        <w:spacing w:after="320"/>
      </w:pPr>
      <w:r>
        <w:rPr>
          <w:b/>
          <w:sz w:val="36"/>
        </w:rPr>
        <w:t>JOB DESCRIPTION</w:t>
      </w:r>
    </w:p>
    <w:p w14:paraId="7A87FD89" w14:textId="77777777" w:rsidR="00733E90" w:rsidRDefault="005517C6">
      <w:pPr>
        <w:spacing w:after="100"/>
      </w:pPr>
      <w:r>
        <w:rPr>
          <w:b/>
          <w:sz w:val="30"/>
        </w:rPr>
        <w:t>Teaching Assistant</w:t>
      </w:r>
    </w:p>
    <w:p w14:paraId="4E167325" w14:textId="71E2DDE3" w:rsidR="00733E90" w:rsidRDefault="005517C6">
      <w:pPr>
        <w:spacing w:after="300"/>
      </w:pPr>
      <w:r>
        <w:rPr>
          <w:b/>
          <w:sz w:val="24"/>
        </w:rPr>
        <w:t>Teaching Assistant – 20 hours per week, Term Time Only</w:t>
      </w:r>
      <w:r w:rsidR="005F573B">
        <w:rPr>
          <w:b/>
          <w:sz w:val="24"/>
        </w:rPr>
        <w:t xml:space="preserve"> Plus 5 Training Days</w:t>
      </w:r>
    </w:p>
    <w:p w14:paraId="4E4C2E61" w14:textId="77777777" w:rsidR="00733E90" w:rsidRDefault="005517C6">
      <w:pPr>
        <w:spacing w:after="80"/>
      </w:pPr>
      <w:r>
        <w:rPr>
          <w:b/>
          <w:sz w:val="22"/>
        </w:rPr>
        <w:t>Responsible to:</w:t>
      </w:r>
    </w:p>
    <w:p w14:paraId="5B9C1435" w14:textId="77777777" w:rsidR="00733E90" w:rsidRDefault="005517C6">
      <w:pPr>
        <w:spacing w:after="280"/>
      </w:pPr>
      <w:r>
        <w:t>Headteacher / Class Teacher</w:t>
      </w:r>
    </w:p>
    <w:p w14:paraId="0DC00E59" w14:textId="77777777" w:rsidR="00733E90" w:rsidRDefault="005517C6">
      <w:pPr>
        <w:spacing w:after="100"/>
      </w:pPr>
      <w:r>
        <w:rPr>
          <w:b/>
          <w:sz w:val="22"/>
        </w:rPr>
        <w:t>Main Purpose of the Job</w:t>
      </w:r>
    </w:p>
    <w:p w14:paraId="1BF31EB0" w14:textId="77777777" w:rsidR="00733E90" w:rsidRDefault="005517C6">
      <w:pPr>
        <w:spacing w:after="120"/>
      </w:pPr>
      <w:r>
        <w:t>To work under the direction of the class teacher to support the learning, development and wellbeing of pupils, helping all children to access learning and make progress.</w:t>
      </w:r>
    </w:p>
    <w:p w14:paraId="58ECFBCF" w14:textId="77777777" w:rsidR="00733E90" w:rsidRDefault="005517C6">
      <w:pPr>
        <w:spacing w:after="120"/>
      </w:pPr>
      <w:r>
        <w:t>The successful candidate will work as part of our supportive staff team, providing effective classroom support, working with individuals and small groups, and delivering targeted interventions where appropriate.</w:t>
      </w:r>
    </w:p>
    <w:p w14:paraId="1685250B" w14:textId="77777777" w:rsidR="00733E90" w:rsidRDefault="005517C6">
      <w:pPr>
        <w:spacing w:after="120"/>
      </w:pPr>
      <w:r>
        <w:t>A key part of the role will be to promote pupils’ confidence and independence, adapting support to meet individual needs while ensuring that all children are fully included in classroom learning and wider school life.</w:t>
      </w:r>
    </w:p>
    <w:p w14:paraId="0CEADF9B" w14:textId="77777777" w:rsidR="00733E90" w:rsidRDefault="005517C6">
      <w:pPr>
        <w:spacing w:before="160" w:after="100"/>
      </w:pPr>
      <w:r>
        <w:rPr>
          <w:b/>
          <w:sz w:val="22"/>
        </w:rPr>
        <w:t>Main Responsibilities</w:t>
      </w:r>
    </w:p>
    <w:p w14:paraId="2990F129" w14:textId="77777777" w:rsidR="00733E90" w:rsidRDefault="005517C6">
      <w:pPr>
        <w:pStyle w:val="ListBullet"/>
        <w:spacing w:after="60"/>
        <w:ind w:hanging="173"/>
      </w:pPr>
      <w:r>
        <w:t>To support pupils’ learning under the direction of the class teacher;</w:t>
      </w:r>
    </w:p>
    <w:p w14:paraId="3880800C" w14:textId="77777777" w:rsidR="00733E90" w:rsidRDefault="005517C6">
      <w:pPr>
        <w:pStyle w:val="ListBullet"/>
        <w:spacing w:after="60"/>
        <w:ind w:hanging="173"/>
      </w:pPr>
      <w:r>
        <w:t>To work with individuals, groups and whole classes as required;</w:t>
      </w:r>
    </w:p>
    <w:p w14:paraId="34BD1125" w14:textId="77777777" w:rsidR="00733E90" w:rsidRDefault="005517C6">
      <w:pPr>
        <w:pStyle w:val="ListBullet"/>
        <w:spacing w:after="60"/>
        <w:ind w:hanging="173"/>
      </w:pPr>
      <w:r>
        <w:t>To support the delivery of planned learning activities and targeted interventions;</w:t>
      </w:r>
    </w:p>
    <w:p w14:paraId="5447888A" w14:textId="77777777" w:rsidR="00733E90" w:rsidRDefault="005517C6">
      <w:pPr>
        <w:pStyle w:val="ListBullet"/>
        <w:spacing w:after="60"/>
        <w:ind w:hanging="173"/>
      </w:pPr>
      <w:r>
        <w:t>To adapt resources and approaches to enable pupils with differing needs, including SEND, to access learning;</w:t>
      </w:r>
    </w:p>
    <w:p w14:paraId="574DF6A4" w14:textId="77777777" w:rsidR="00733E90" w:rsidRDefault="005517C6">
      <w:pPr>
        <w:pStyle w:val="ListBullet"/>
        <w:spacing w:after="60"/>
        <w:ind w:hanging="173"/>
      </w:pPr>
      <w:r>
        <w:t>To promote pupils’ independence, confidence and resilience;</w:t>
      </w:r>
    </w:p>
    <w:p w14:paraId="64FBC99E" w14:textId="77777777" w:rsidR="00733E90" w:rsidRDefault="005517C6">
      <w:pPr>
        <w:pStyle w:val="ListBullet"/>
        <w:spacing w:after="60"/>
        <w:ind w:hanging="173"/>
      </w:pPr>
      <w:r>
        <w:t>To establish positive, nurturing and professional relationships with pupils;</w:t>
      </w:r>
    </w:p>
    <w:p w14:paraId="2A729CA6" w14:textId="77777777" w:rsidR="00733E90" w:rsidRDefault="005517C6">
      <w:pPr>
        <w:pStyle w:val="ListBullet"/>
        <w:spacing w:after="60"/>
        <w:ind w:hanging="173"/>
      </w:pPr>
      <w:r>
        <w:t>To support high expectations for pupils’ learning, behaviour and engagement;</w:t>
      </w:r>
    </w:p>
    <w:p w14:paraId="09F05583" w14:textId="77777777" w:rsidR="00733E90" w:rsidRDefault="005517C6">
      <w:pPr>
        <w:pStyle w:val="ListBullet"/>
        <w:spacing w:after="60"/>
        <w:ind w:hanging="173"/>
      </w:pPr>
      <w:r>
        <w:t>To provide feedback to the class teacher about pupils’ learning, progress and wellbeing;</w:t>
      </w:r>
    </w:p>
    <w:p w14:paraId="640D47D2" w14:textId="77777777" w:rsidR="00733E90" w:rsidRDefault="005517C6">
      <w:pPr>
        <w:pStyle w:val="ListBullet"/>
        <w:spacing w:after="60"/>
        <w:ind w:hanging="173"/>
      </w:pPr>
      <w:r>
        <w:t>To assist with the preparation and organisation of resources and the learning environment;</w:t>
      </w:r>
    </w:p>
    <w:p w14:paraId="6C893D32" w14:textId="77777777" w:rsidR="00733E90" w:rsidRDefault="005517C6">
      <w:pPr>
        <w:pStyle w:val="ListBullet"/>
        <w:spacing w:after="60"/>
        <w:ind w:hanging="173"/>
      </w:pPr>
      <w:r>
        <w:t>To support pupils during transitions and at other times during the school day as required;</w:t>
      </w:r>
    </w:p>
    <w:p w14:paraId="67FD954E" w14:textId="77777777" w:rsidR="00733E90" w:rsidRDefault="005517C6">
      <w:pPr>
        <w:pStyle w:val="ListBullet"/>
        <w:spacing w:after="60"/>
        <w:ind w:hanging="173"/>
      </w:pPr>
      <w:r>
        <w:t>To work collaboratively and communicate effectively with teachers, teaching assistants and other members of staff;</w:t>
      </w:r>
    </w:p>
    <w:p w14:paraId="0655D224" w14:textId="77777777" w:rsidR="00733E90" w:rsidRDefault="005517C6">
      <w:pPr>
        <w:pStyle w:val="ListBullet"/>
        <w:spacing w:after="60"/>
        <w:ind w:hanging="173"/>
      </w:pPr>
      <w:r>
        <w:t>To contribute positively to the wider life and Christian ethos of the school;</w:t>
      </w:r>
    </w:p>
    <w:p w14:paraId="256B6BC6" w14:textId="77777777" w:rsidR="00733E90" w:rsidRDefault="005517C6">
      <w:pPr>
        <w:pStyle w:val="ListBullet"/>
        <w:spacing w:after="60"/>
        <w:ind w:hanging="173"/>
      </w:pPr>
      <w:r>
        <w:t>To maintain confidentiality and demonstrate professional conduct at all times;</w:t>
      </w:r>
    </w:p>
    <w:p w14:paraId="2512435A" w14:textId="77777777" w:rsidR="00733E90" w:rsidRDefault="005517C6">
      <w:pPr>
        <w:pStyle w:val="ListBullet"/>
        <w:spacing w:after="60"/>
        <w:ind w:hanging="173"/>
      </w:pPr>
      <w:r>
        <w:t>To safeguard and promote the welfare of children and follow all school safeguarding procedures.</w:t>
      </w:r>
    </w:p>
    <w:p w14:paraId="48AEA4EB" w14:textId="77777777" w:rsidR="00733E90" w:rsidRDefault="005517C6">
      <w:r>
        <w:br w:type="page"/>
      </w:r>
    </w:p>
    <w:p w14:paraId="6EF9A150" w14:textId="77777777" w:rsidR="00733E90" w:rsidRDefault="005517C6">
      <w:r>
        <w:rPr>
          <w:b/>
          <w:sz w:val="34"/>
        </w:rPr>
        <w:lastRenderedPageBreak/>
        <w:t>EMPLOYEE SPECIFICATION</w:t>
      </w:r>
    </w:p>
    <w:tbl>
      <w:tblPr>
        <w:tblStyle w:val="TableGrid"/>
        <w:tblW w:w="0" w:type="auto"/>
        <w:jc w:val="center"/>
        <w:tblLook w:val="04A0" w:firstRow="1" w:lastRow="0" w:firstColumn="1" w:lastColumn="0" w:noHBand="0" w:noVBand="1"/>
      </w:tblPr>
      <w:tblGrid>
        <w:gridCol w:w="2306"/>
        <w:gridCol w:w="3130"/>
        <w:gridCol w:w="2662"/>
        <w:gridCol w:w="2260"/>
      </w:tblGrid>
      <w:tr w:rsidR="00733E90" w14:paraId="309B0329" w14:textId="77777777">
        <w:trPr>
          <w:cantSplit/>
          <w:tblHeader/>
          <w:jc w:val="center"/>
        </w:trPr>
        <w:tc>
          <w:tcPr>
            <w:tcW w:w="2592" w:type="dxa"/>
            <w:vAlign w:val="center"/>
          </w:tcPr>
          <w:p w14:paraId="79AE6103" w14:textId="77777777" w:rsidR="00733E90" w:rsidRDefault="005517C6">
            <w:pPr>
              <w:jc w:val="center"/>
            </w:pPr>
            <w:r>
              <w:rPr>
                <w:b/>
                <w:sz w:val="18"/>
              </w:rPr>
              <w:t>FACTOR</w:t>
            </w:r>
          </w:p>
        </w:tc>
        <w:tc>
          <w:tcPr>
            <w:tcW w:w="2592" w:type="dxa"/>
            <w:vAlign w:val="center"/>
          </w:tcPr>
          <w:p w14:paraId="31CCA01C" w14:textId="77777777" w:rsidR="00733E90" w:rsidRDefault="005517C6">
            <w:pPr>
              <w:jc w:val="center"/>
            </w:pPr>
            <w:r>
              <w:rPr>
                <w:b/>
                <w:sz w:val="18"/>
              </w:rPr>
              <w:t>ESSENTIAL</w:t>
            </w:r>
          </w:p>
        </w:tc>
        <w:tc>
          <w:tcPr>
            <w:tcW w:w="2592" w:type="dxa"/>
            <w:vAlign w:val="center"/>
          </w:tcPr>
          <w:p w14:paraId="12271AEE" w14:textId="77777777" w:rsidR="00733E90" w:rsidRDefault="005517C6">
            <w:pPr>
              <w:jc w:val="center"/>
            </w:pPr>
            <w:r>
              <w:rPr>
                <w:b/>
                <w:sz w:val="18"/>
              </w:rPr>
              <w:t>DESIRABLE</w:t>
            </w:r>
          </w:p>
        </w:tc>
        <w:tc>
          <w:tcPr>
            <w:tcW w:w="2592" w:type="dxa"/>
            <w:vAlign w:val="center"/>
          </w:tcPr>
          <w:p w14:paraId="0140DE41" w14:textId="77777777" w:rsidR="00733E90" w:rsidRDefault="005517C6">
            <w:pPr>
              <w:jc w:val="center"/>
            </w:pPr>
            <w:r>
              <w:rPr>
                <w:b/>
                <w:sz w:val="18"/>
              </w:rPr>
              <w:t>HOW</w:t>
            </w:r>
            <w:r>
              <w:rPr>
                <w:b/>
                <w:sz w:val="18"/>
              </w:rPr>
              <w:br/>
              <w:t>IDENTIFIED</w:t>
            </w:r>
          </w:p>
        </w:tc>
      </w:tr>
      <w:tr w:rsidR="00733E90" w14:paraId="2E4BD485" w14:textId="77777777">
        <w:trPr>
          <w:cantSplit/>
          <w:jc w:val="center"/>
        </w:trPr>
        <w:tc>
          <w:tcPr>
            <w:tcW w:w="1944" w:type="dxa"/>
          </w:tcPr>
          <w:p w14:paraId="45D5016E" w14:textId="77777777" w:rsidR="00733E90" w:rsidRDefault="005517C6">
            <w:r>
              <w:rPr>
                <w:b/>
                <w:sz w:val="18"/>
              </w:rPr>
              <w:t>Education, Training</w:t>
            </w:r>
            <w:r>
              <w:rPr>
                <w:b/>
                <w:sz w:val="18"/>
              </w:rPr>
              <w:br/>
              <w:t>and Qualifications</w:t>
            </w:r>
          </w:p>
        </w:tc>
        <w:tc>
          <w:tcPr>
            <w:tcW w:w="3672" w:type="dxa"/>
          </w:tcPr>
          <w:p w14:paraId="17A4AD85" w14:textId="77777777" w:rsidR="00733E90" w:rsidRDefault="005517C6">
            <w:pPr>
              <w:spacing w:after="40"/>
              <w:ind w:left="173" w:hanging="115"/>
              <w:rPr>
                <w:sz w:val="17"/>
              </w:rPr>
            </w:pPr>
            <w:r>
              <w:rPr>
                <w:sz w:val="17"/>
              </w:rPr>
              <w:t>• Good standard of literacy and numeracy</w:t>
            </w:r>
          </w:p>
          <w:p w14:paraId="0B75AC6A" w14:textId="3722B068" w:rsidR="008F44F9" w:rsidRDefault="008F44F9" w:rsidP="008F44F9">
            <w:pPr>
              <w:spacing w:after="40"/>
              <w:ind w:left="173" w:hanging="115"/>
            </w:pPr>
            <w:r>
              <w:rPr>
                <w:sz w:val="17"/>
              </w:rPr>
              <w:t>• Level 2/3 Teaching Assistant qualification or equivalent</w:t>
            </w:r>
          </w:p>
          <w:p w14:paraId="23A18D4D" w14:textId="77777777" w:rsidR="00733E90" w:rsidRDefault="005517C6">
            <w:pPr>
              <w:spacing w:after="40"/>
              <w:ind w:left="173" w:hanging="115"/>
            </w:pPr>
            <w:r>
              <w:rPr>
                <w:sz w:val="17"/>
              </w:rPr>
              <w:t>• Willingness to undertake relevant training and professional development</w:t>
            </w:r>
          </w:p>
        </w:tc>
        <w:tc>
          <w:tcPr>
            <w:tcW w:w="3096" w:type="dxa"/>
          </w:tcPr>
          <w:p w14:paraId="01AB0042" w14:textId="77777777" w:rsidR="00733E90" w:rsidRDefault="005517C6">
            <w:pPr>
              <w:spacing w:after="40"/>
              <w:ind w:left="173" w:hanging="115"/>
            </w:pPr>
            <w:r>
              <w:rPr>
                <w:sz w:val="17"/>
              </w:rPr>
              <w:t>• Relevant training relating to SEND, phonics or intervention</w:t>
            </w:r>
          </w:p>
        </w:tc>
        <w:tc>
          <w:tcPr>
            <w:tcW w:w="1728" w:type="dxa"/>
          </w:tcPr>
          <w:p w14:paraId="18359BA7" w14:textId="77777777" w:rsidR="00733E90" w:rsidRDefault="005517C6">
            <w:pPr>
              <w:spacing w:after="40"/>
              <w:ind w:left="173" w:hanging="115"/>
            </w:pPr>
            <w:r>
              <w:rPr>
                <w:sz w:val="17"/>
              </w:rPr>
              <w:t>• Application Form</w:t>
            </w:r>
          </w:p>
          <w:p w14:paraId="5BA10792" w14:textId="77777777" w:rsidR="00733E90" w:rsidRDefault="005517C6">
            <w:pPr>
              <w:spacing w:after="40"/>
              <w:ind w:left="173" w:hanging="115"/>
            </w:pPr>
            <w:r>
              <w:rPr>
                <w:sz w:val="17"/>
              </w:rPr>
              <w:t>• Certificates</w:t>
            </w:r>
          </w:p>
          <w:p w14:paraId="4BAC5BD5" w14:textId="77777777" w:rsidR="00733E90" w:rsidRDefault="005517C6">
            <w:pPr>
              <w:spacing w:after="40"/>
              <w:ind w:left="173" w:hanging="115"/>
            </w:pPr>
            <w:r>
              <w:rPr>
                <w:sz w:val="17"/>
              </w:rPr>
              <w:t>• Interview</w:t>
            </w:r>
          </w:p>
        </w:tc>
      </w:tr>
      <w:tr w:rsidR="00733E90" w14:paraId="68853E98" w14:textId="77777777">
        <w:trPr>
          <w:cantSplit/>
          <w:jc w:val="center"/>
        </w:trPr>
        <w:tc>
          <w:tcPr>
            <w:tcW w:w="1944" w:type="dxa"/>
          </w:tcPr>
          <w:p w14:paraId="2E24B980" w14:textId="77777777" w:rsidR="00733E90" w:rsidRDefault="005517C6">
            <w:r>
              <w:rPr>
                <w:b/>
                <w:sz w:val="18"/>
              </w:rPr>
              <w:t>Experience</w:t>
            </w:r>
          </w:p>
        </w:tc>
        <w:tc>
          <w:tcPr>
            <w:tcW w:w="3672" w:type="dxa"/>
          </w:tcPr>
          <w:p w14:paraId="51ED2C68" w14:textId="77777777" w:rsidR="00733E90" w:rsidRDefault="005517C6">
            <w:pPr>
              <w:spacing w:after="40"/>
              <w:ind w:left="173" w:hanging="115"/>
            </w:pPr>
            <w:r>
              <w:rPr>
                <w:sz w:val="17"/>
              </w:rPr>
              <w:t>• Experience of working effectively with children</w:t>
            </w:r>
          </w:p>
          <w:p w14:paraId="05AA9252" w14:textId="77777777" w:rsidR="00733E90" w:rsidRDefault="005517C6">
            <w:pPr>
              <w:spacing w:after="40"/>
              <w:ind w:left="173" w:hanging="115"/>
              <w:rPr>
                <w:sz w:val="17"/>
              </w:rPr>
            </w:pPr>
            <w:r>
              <w:rPr>
                <w:sz w:val="17"/>
              </w:rPr>
              <w:t>• Experience of working collaboratively as part of a team</w:t>
            </w:r>
          </w:p>
          <w:p w14:paraId="7BBC15A6" w14:textId="7C3F731B" w:rsidR="00E44BCE" w:rsidRDefault="00E44BCE" w:rsidP="00E44BCE">
            <w:pPr>
              <w:spacing w:after="40"/>
              <w:ind w:left="173" w:hanging="115"/>
            </w:pPr>
            <w:r>
              <w:rPr>
                <w:sz w:val="17"/>
              </w:rPr>
              <w:t>• Experience of working within a primary school</w:t>
            </w:r>
            <w:r w:rsidR="008F44F9">
              <w:rPr>
                <w:sz w:val="17"/>
              </w:rPr>
              <w:t xml:space="preserve"> across KS1 &amp; KS2</w:t>
            </w:r>
          </w:p>
          <w:p w14:paraId="12CD6182" w14:textId="77777777" w:rsidR="00E44BCE" w:rsidRDefault="00E44BCE">
            <w:pPr>
              <w:spacing w:after="40"/>
              <w:ind w:left="173" w:hanging="115"/>
            </w:pPr>
          </w:p>
        </w:tc>
        <w:tc>
          <w:tcPr>
            <w:tcW w:w="3096" w:type="dxa"/>
          </w:tcPr>
          <w:p w14:paraId="0111987A" w14:textId="77777777" w:rsidR="00733E90" w:rsidRDefault="005517C6">
            <w:pPr>
              <w:spacing w:after="40"/>
              <w:ind w:left="173" w:hanging="115"/>
            </w:pPr>
            <w:r>
              <w:rPr>
                <w:sz w:val="17"/>
              </w:rPr>
              <w:t>• Experience of supporting pupils with SEND</w:t>
            </w:r>
          </w:p>
          <w:p w14:paraId="1B13427C" w14:textId="77777777" w:rsidR="00733E90" w:rsidRDefault="005517C6">
            <w:pPr>
              <w:spacing w:after="40"/>
              <w:ind w:left="173" w:hanging="115"/>
            </w:pPr>
            <w:r>
              <w:rPr>
                <w:sz w:val="17"/>
              </w:rPr>
              <w:t>• Experience of delivering small-group or individual interventions</w:t>
            </w:r>
          </w:p>
          <w:p w14:paraId="4CEA516F" w14:textId="7997748B" w:rsidR="00733E90" w:rsidRDefault="00733E90">
            <w:pPr>
              <w:spacing w:after="40"/>
              <w:ind w:left="173" w:hanging="115"/>
            </w:pPr>
          </w:p>
        </w:tc>
        <w:tc>
          <w:tcPr>
            <w:tcW w:w="1728" w:type="dxa"/>
          </w:tcPr>
          <w:p w14:paraId="5442F21E" w14:textId="77777777" w:rsidR="00733E90" w:rsidRDefault="005517C6">
            <w:pPr>
              <w:spacing w:after="40"/>
              <w:ind w:left="173" w:hanging="115"/>
            </w:pPr>
            <w:r>
              <w:rPr>
                <w:sz w:val="17"/>
              </w:rPr>
              <w:t>• Application Form</w:t>
            </w:r>
          </w:p>
          <w:p w14:paraId="274F4284" w14:textId="77777777" w:rsidR="00733E90" w:rsidRDefault="005517C6">
            <w:pPr>
              <w:spacing w:after="40"/>
              <w:ind w:left="173" w:hanging="115"/>
            </w:pPr>
            <w:r>
              <w:rPr>
                <w:sz w:val="17"/>
              </w:rPr>
              <w:t>• Interview</w:t>
            </w:r>
          </w:p>
          <w:p w14:paraId="26B77EB9" w14:textId="77777777" w:rsidR="00733E90" w:rsidRDefault="005517C6">
            <w:pPr>
              <w:spacing w:after="40"/>
              <w:ind w:left="173" w:hanging="115"/>
            </w:pPr>
            <w:r>
              <w:rPr>
                <w:sz w:val="17"/>
              </w:rPr>
              <w:t>• References</w:t>
            </w:r>
          </w:p>
        </w:tc>
      </w:tr>
      <w:tr w:rsidR="00733E90" w14:paraId="4377EA1D" w14:textId="77777777">
        <w:trPr>
          <w:cantSplit/>
          <w:jc w:val="center"/>
        </w:trPr>
        <w:tc>
          <w:tcPr>
            <w:tcW w:w="1944" w:type="dxa"/>
          </w:tcPr>
          <w:p w14:paraId="5ABF40AF" w14:textId="77777777" w:rsidR="00733E90" w:rsidRDefault="005517C6">
            <w:r>
              <w:rPr>
                <w:b/>
                <w:sz w:val="18"/>
              </w:rPr>
              <w:t>Knowledge &amp; Skills</w:t>
            </w:r>
          </w:p>
        </w:tc>
        <w:tc>
          <w:tcPr>
            <w:tcW w:w="3672" w:type="dxa"/>
          </w:tcPr>
          <w:p w14:paraId="76214FE3" w14:textId="77777777" w:rsidR="00733E90" w:rsidRDefault="005517C6">
            <w:pPr>
              <w:spacing w:after="40"/>
              <w:ind w:left="173" w:hanging="115"/>
            </w:pPr>
            <w:r>
              <w:rPr>
                <w:sz w:val="17"/>
              </w:rPr>
              <w:t>• Ability to support children’s learning effectively</w:t>
            </w:r>
          </w:p>
          <w:p w14:paraId="7702C141" w14:textId="77777777" w:rsidR="00733E90" w:rsidRDefault="005517C6">
            <w:pPr>
              <w:spacing w:after="40"/>
              <w:ind w:left="173" w:hanging="115"/>
            </w:pPr>
            <w:r>
              <w:rPr>
                <w:sz w:val="17"/>
              </w:rPr>
              <w:t>• Ability to build positive and nurturing relationships with children</w:t>
            </w:r>
          </w:p>
          <w:p w14:paraId="3FBCDC51" w14:textId="77777777" w:rsidR="00733E90" w:rsidRDefault="005517C6">
            <w:pPr>
              <w:spacing w:after="40"/>
              <w:ind w:left="173" w:hanging="115"/>
            </w:pPr>
            <w:r>
              <w:rPr>
                <w:sz w:val="17"/>
              </w:rPr>
              <w:t>• Ability to communicate effectively with staff and pupils</w:t>
            </w:r>
          </w:p>
          <w:p w14:paraId="4B5CD316" w14:textId="77777777" w:rsidR="00733E90" w:rsidRDefault="005517C6">
            <w:pPr>
              <w:spacing w:after="40"/>
              <w:ind w:left="173" w:hanging="115"/>
            </w:pPr>
            <w:r>
              <w:rPr>
                <w:sz w:val="17"/>
              </w:rPr>
              <w:t>• Ability to support positive behaviour</w:t>
            </w:r>
          </w:p>
          <w:p w14:paraId="431ACDA8" w14:textId="77777777" w:rsidR="00733E90" w:rsidRDefault="005517C6">
            <w:pPr>
              <w:spacing w:after="40"/>
              <w:ind w:left="173" w:hanging="115"/>
            </w:pPr>
            <w:r>
              <w:rPr>
                <w:sz w:val="17"/>
              </w:rPr>
              <w:t>• Ability to adapt support to meet differing needs</w:t>
            </w:r>
          </w:p>
          <w:p w14:paraId="765077A0" w14:textId="77777777" w:rsidR="00733E90" w:rsidRDefault="005517C6">
            <w:pPr>
              <w:spacing w:after="40"/>
              <w:ind w:left="173" w:hanging="115"/>
            </w:pPr>
            <w:r>
              <w:rPr>
                <w:sz w:val="17"/>
              </w:rPr>
              <w:t>• Understanding of the importance of safeguarding</w:t>
            </w:r>
          </w:p>
          <w:p w14:paraId="080A2DEA" w14:textId="77777777" w:rsidR="00733E90" w:rsidRDefault="005517C6">
            <w:pPr>
              <w:spacing w:after="40"/>
              <w:ind w:left="173" w:hanging="115"/>
            </w:pPr>
            <w:r>
              <w:rPr>
                <w:sz w:val="17"/>
              </w:rPr>
              <w:t>• Ability to promote independence rather than over-reliance on adult support</w:t>
            </w:r>
          </w:p>
        </w:tc>
        <w:tc>
          <w:tcPr>
            <w:tcW w:w="3096" w:type="dxa"/>
          </w:tcPr>
          <w:p w14:paraId="77A87CA6" w14:textId="3D62FF4F" w:rsidR="00733E90" w:rsidRDefault="005517C6" w:rsidP="008F44F9">
            <w:pPr>
              <w:spacing w:after="40"/>
              <w:ind w:left="173" w:hanging="115"/>
            </w:pPr>
            <w:r>
              <w:rPr>
                <w:sz w:val="17"/>
              </w:rPr>
              <w:t>• Knowledge of the National Curriculum</w:t>
            </w:r>
          </w:p>
          <w:p w14:paraId="15C2E22B" w14:textId="77777777" w:rsidR="00733E90" w:rsidRDefault="005517C6">
            <w:pPr>
              <w:spacing w:after="40"/>
              <w:ind w:left="173" w:hanging="115"/>
            </w:pPr>
            <w:r>
              <w:rPr>
                <w:sz w:val="17"/>
              </w:rPr>
              <w:t>• Knowledge of strategies to support pupils with SEND</w:t>
            </w:r>
          </w:p>
        </w:tc>
        <w:tc>
          <w:tcPr>
            <w:tcW w:w="1728" w:type="dxa"/>
          </w:tcPr>
          <w:p w14:paraId="706B5AD1" w14:textId="77777777" w:rsidR="00733E90" w:rsidRDefault="005517C6">
            <w:pPr>
              <w:spacing w:after="40"/>
              <w:ind w:left="173" w:hanging="115"/>
            </w:pPr>
            <w:r>
              <w:rPr>
                <w:sz w:val="17"/>
              </w:rPr>
              <w:t>• Application Form</w:t>
            </w:r>
          </w:p>
          <w:p w14:paraId="618803E7" w14:textId="77777777" w:rsidR="00733E90" w:rsidRDefault="005517C6">
            <w:pPr>
              <w:spacing w:after="40"/>
              <w:ind w:left="173" w:hanging="115"/>
            </w:pPr>
            <w:r>
              <w:rPr>
                <w:sz w:val="17"/>
              </w:rPr>
              <w:t>• Interview</w:t>
            </w:r>
          </w:p>
          <w:p w14:paraId="3A0A980C" w14:textId="77777777" w:rsidR="00733E90" w:rsidRDefault="005517C6">
            <w:pPr>
              <w:spacing w:after="40"/>
              <w:ind w:left="173" w:hanging="115"/>
            </w:pPr>
            <w:r>
              <w:rPr>
                <w:sz w:val="17"/>
              </w:rPr>
              <w:t>• References</w:t>
            </w:r>
          </w:p>
        </w:tc>
      </w:tr>
      <w:tr w:rsidR="00733E90" w14:paraId="00C35725" w14:textId="77777777">
        <w:trPr>
          <w:cantSplit/>
          <w:jc w:val="center"/>
        </w:trPr>
        <w:tc>
          <w:tcPr>
            <w:tcW w:w="1944" w:type="dxa"/>
          </w:tcPr>
          <w:p w14:paraId="6A5D27A2" w14:textId="77777777" w:rsidR="00733E90" w:rsidRDefault="005517C6">
            <w:r>
              <w:rPr>
                <w:b/>
                <w:sz w:val="18"/>
              </w:rPr>
              <w:t>Personal Qualities</w:t>
            </w:r>
          </w:p>
        </w:tc>
        <w:tc>
          <w:tcPr>
            <w:tcW w:w="3672" w:type="dxa"/>
          </w:tcPr>
          <w:p w14:paraId="12C66E89" w14:textId="77777777" w:rsidR="00733E90" w:rsidRDefault="005517C6">
            <w:pPr>
              <w:spacing w:after="40"/>
              <w:ind w:left="173" w:hanging="115"/>
            </w:pPr>
            <w:r>
              <w:rPr>
                <w:sz w:val="17"/>
              </w:rPr>
              <w:t>• Caring, patient and nurturing</w:t>
            </w:r>
          </w:p>
          <w:p w14:paraId="618B3AD6" w14:textId="77777777" w:rsidR="00733E90" w:rsidRDefault="005517C6">
            <w:pPr>
              <w:spacing w:after="40"/>
              <w:ind w:left="173" w:hanging="115"/>
            </w:pPr>
            <w:r>
              <w:rPr>
                <w:sz w:val="17"/>
              </w:rPr>
              <w:t>• Organised, reliable and flexible</w:t>
            </w:r>
          </w:p>
          <w:p w14:paraId="355CFF01" w14:textId="77777777" w:rsidR="00733E90" w:rsidRDefault="005517C6">
            <w:pPr>
              <w:spacing w:after="40"/>
              <w:ind w:left="173" w:hanging="115"/>
            </w:pPr>
            <w:r>
              <w:rPr>
                <w:sz w:val="17"/>
              </w:rPr>
              <w:t>• Positive and enthusiastic</w:t>
            </w:r>
          </w:p>
          <w:p w14:paraId="4BAFAC58" w14:textId="77777777" w:rsidR="00733E90" w:rsidRDefault="005517C6">
            <w:pPr>
              <w:spacing w:after="40"/>
              <w:ind w:left="173" w:hanging="115"/>
            </w:pPr>
            <w:r>
              <w:rPr>
                <w:sz w:val="17"/>
              </w:rPr>
              <w:t>• Able to work effectively as part of a team</w:t>
            </w:r>
          </w:p>
          <w:p w14:paraId="2D7383C9" w14:textId="77777777" w:rsidR="00733E90" w:rsidRDefault="005517C6">
            <w:pPr>
              <w:spacing w:after="40"/>
              <w:ind w:left="173" w:hanging="115"/>
            </w:pPr>
            <w:r>
              <w:rPr>
                <w:sz w:val="17"/>
              </w:rPr>
              <w:t>• Able to use initiative appropriately</w:t>
            </w:r>
          </w:p>
          <w:p w14:paraId="43938B5D" w14:textId="77777777" w:rsidR="00733E90" w:rsidRDefault="005517C6">
            <w:pPr>
              <w:spacing w:after="40"/>
              <w:ind w:left="173" w:hanging="115"/>
            </w:pPr>
            <w:r>
              <w:rPr>
                <w:sz w:val="17"/>
              </w:rPr>
              <w:t>• Professional, sensitive and discreet</w:t>
            </w:r>
          </w:p>
          <w:p w14:paraId="0E56445B" w14:textId="77777777" w:rsidR="00733E90" w:rsidRDefault="005517C6">
            <w:pPr>
              <w:spacing w:after="40"/>
              <w:ind w:left="173" w:hanging="115"/>
            </w:pPr>
            <w:r>
              <w:rPr>
                <w:sz w:val="17"/>
              </w:rPr>
              <w:t>• Commitment to inclusion and high expectations for all pupils</w:t>
            </w:r>
          </w:p>
          <w:p w14:paraId="1E891B2C" w14:textId="77777777" w:rsidR="00733E90" w:rsidRDefault="005517C6">
            <w:pPr>
              <w:spacing w:after="40"/>
              <w:ind w:left="173" w:hanging="115"/>
            </w:pPr>
            <w:r>
              <w:rPr>
                <w:sz w:val="17"/>
              </w:rPr>
              <w:t>• Commitment to the Christian ethos of the school</w:t>
            </w:r>
          </w:p>
        </w:tc>
        <w:tc>
          <w:tcPr>
            <w:tcW w:w="3096" w:type="dxa"/>
          </w:tcPr>
          <w:p w14:paraId="0CE41EBC" w14:textId="77777777" w:rsidR="00733E90" w:rsidRDefault="005517C6">
            <w:pPr>
              <w:spacing w:after="40"/>
              <w:ind w:left="173" w:hanging="115"/>
            </w:pPr>
            <w:r>
              <w:rPr>
                <w:sz w:val="17"/>
              </w:rPr>
              <w:t>• Willingness to contribute to the wider school community</w:t>
            </w:r>
          </w:p>
        </w:tc>
        <w:tc>
          <w:tcPr>
            <w:tcW w:w="1728" w:type="dxa"/>
          </w:tcPr>
          <w:p w14:paraId="267BCB2B" w14:textId="77777777" w:rsidR="00733E90" w:rsidRDefault="005517C6">
            <w:pPr>
              <w:spacing w:after="40"/>
              <w:ind w:left="173" w:hanging="115"/>
            </w:pPr>
            <w:r>
              <w:rPr>
                <w:sz w:val="17"/>
              </w:rPr>
              <w:t>• Application Form</w:t>
            </w:r>
          </w:p>
          <w:p w14:paraId="762E0549" w14:textId="77777777" w:rsidR="00733E90" w:rsidRDefault="005517C6">
            <w:pPr>
              <w:spacing w:after="40"/>
              <w:ind w:left="173" w:hanging="115"/>
            </w:pPr>
            <w:r>
              <w:rPr>
                <w:sz w:val="17"/>
              </w:rPr>
              <w:t>• Interview</w:t>
            </w:r>
          </w:p>
          <w:p w14:paraId="5E8DCB76" w14:textId="77777777" w:rsidR="00733E90" w:rsidRDefault="005517C6">
            <w:pPr>
              <w:spacing w:after="40"/>
              <w:ind w:left="173" w:hanging="115"/>
            </w:pPr>
            <w:r>
              <w:rPr>
                <w:sz w:val="17"/>
              </w:rPr>
              <w:t>• References</w:t>
            </w:r>
          </w:p>
        </w:tc>
      </w:tr>
      <w:tr w:rsidR="00733E90" w14:paraId="6156A7BD" w14:textId="77777777">
        <w:trPr>
          <w:cantSplit/>
          <w:jc w:val="center"/>
        </w:trPr>
        <w:tc>
          <w:tcPr>
            <w:tcW w:w="1944" w:type="dxa"/>
          </w:tcPr>
          <w:p w14:paraId="60F2E1C8" w14:textId="77777777" w:rsidR="00733E90" w:rsidRDefault="005517C6">
            <w:r>
              <w:rPr>
                <w:b/>
                <w:sz w:val="18"/>
              </w:rPr>
              <w:t>Working Arrangements</w:t>
            </w:r>
          </w:p>
        </w:tc>
        <w:tc>
          <w:tcPr>
            <w:tcW w:w="3672" w:type="dxa"/>
          </w:tcPr>
          <w:p w14:paraId="60CCB077" w14:textId="77777777" w:rsidR="00733E90" w:rsidRDefault="005517C6">
            <w:pPr>
              <w:spacing w:after="40"/>
              <w:ind w:left="173" w:hanging="115"/>
            </w:pPr>
            <w:r>
              <w:rPr>
                <w:sz w:val="17"/>
              </w:rPr>
              <w:t>• Able to work the required 20 hours per week during term time</w:t>
            </w:r>
          </w:p>
          <w:p w14:paraId="279A9F5F" w14:textId="77777777" w:rsidR="00733E90" w:rsidRDefault="005517C6">
            <w:pPr>
              <w:spacing w:after="40"/>
              <w:ind w:left="173" w:hanging="115"/>
            </w:pPr>
            <w:r>
              <w:rPr>
                <w:sz w:val="17"/>
              </w:rPr>
              <w:t>• Willingness to undertake appropriate training and other duties reasonably associated with the role</w:t>
            </w:r>
          </w:p>
        </w:tc>
        <w:tc>
          <w:tcPr>
            <w:tcW w:w="3096" w:type="dxa"/>
          </w:tcPr>
          <w:p w14:paraId="71E0C6B1" w14:textId="77777777" w:rsidR="00733E90" w:rsidRDefault="005517C6">
            <w:pPr>
              <w:spacing w:after="40"/>
              <w:ind w:left="173" w:hanging="115"/>
            </w:pPr>
            <w:r>
              <w:rPr>
                <w:sz w:val="17"/>
              </w:rPr>
              <w:t>• Willingness to participate in wider school activities and events</w:t>
            </w:r>
          </w:p>
        </w:tc>
        <w:tc>
          <w:tcPr>
            <w:tcW w:w="1728" w:type="dxa"/>
          </w:tcPr>
          <w:p w14:paraId="57336391" w14:textId="77777777" w:rsidR="00733E90" w:rsidRDefault="005517C6">
            <w:pPr>
              <w:spacing w:after="40"/>
              <w:ind w:left="173" w:hanging="115"/>
            </w:pPr>
            <w:r>
              <w:rPr>
                <w:sz w:val="17"/>
              </w:rPr>
              <w:t>• Interview</w:t>
            </w:r>
          </w:p>
          <w:p w14:paraId="697FA7D6" w14:textId="77777777" w:rsidR="00733E90" w:rsidRDefault="005517C6">
            <w:pPr>
              <w:spacing w:after="40"/>
              <w:ind w:left="173" w:hanging="115"/>
            </w:pPr>
            <w:r>
              <w:rPr>
                <w:sz w:val="17"/>
              </w:rPr>
              <w:t>• References</w:t>
            </w:r>
          </w:p>
        </w:tc>
      </w:tr>
    </w:tbl>
    <w:p w14:paraId="546DE62F" w14:textId="77777777" w:rsidR="005517C6" w:rsidRDefault="005517C6"/>
    <w:sectPr w:rsidR="005517C6"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181772">
    <w:abstractNumId w:val="8"/>
  </w:num>
  <w:num w:numId="2" w16cid:durableId="1073552333">
    <w:abstractNumId w:val="6"/>
  </w:num>
  <w:num w:numId="3" w16cid:durableId="1828937942">
    <w:abstractNumId w:val="5"/>
  </w:num>
  <w:num w:numId="4" w16cid:durableId="1400906336">
    <w:abstractNumId w:val="4"/>
  </w:num>
  <w:num w:numId="5" w16cid:durableId="1041248496">
    <w:abstractNumId w:val="7"/>
  </w:num>
  <w:num w:numId="6" w16cid:durableId="815685550">
    <w:abstractNumId w:val="3"/>
  </w:num>
  <w:num w:numId="7" w16cid:durableId="620915952">
    <w:abstractNumId w:val="2"/>
  </w:num>
  <w:num w:numId="8" w16cid:durableId="430704316">
    <w:abstractNumId w:val="1"/>
  </w:num>
  <w:num w:numId="9" w16cid:durableId="1963145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710A"/>
    <w:rsid w:val="0015074B"/>
    <w:rsid w:val="0029639D"/>
    <w:rsid w:val="00326F90"/>
    <w:rsid w:val="005255E3"/>
    <w:rsid w:val="005517C6"/>
    <w:rsid w:val="005F573B"/>
    <w:rsid w:val="00733E90"/>
    <w:rsid w:val="008F44F9"/>
    <w:rsid w:val="00AA1D8D"/>
    <w:rsid w:val="00B47730"/>
    <w:rsid w:val="00CB0664"/>
    <w:rsid w:val="00E44BCE"/>
    <w:rsid w:val="00E607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0B11E4"/>
  <w14:defaultImageDpi w14:val="300"/>
  <w15:docId w15:val="{BD28B61B-2432-4354-BEEB-512BD0BE9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92ea3d-66c4-44a2-9a0d-4bdf84d82c81">
      <Terms xmlns="http://schemas.microsoft.com/office/infopath/2007/PartnerControls"/>
    </lcf76f155ced4ddcb4097134ff3c332f>
    <TaxCatchAll xmlns="6bbbdd80-2c2a-414b-bc75-bd00ac8438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7B61C851F4464D9CBC7C3CABDBB0BD" ma:contentTypeVersion="15" ma:contentTypeDescription="Create a new document." ma:contentTypeScope="" ma:versionID="97bb5dce696129e7541de565c5b72233">
  <xsd:schema xmlns:xsd="http://www.w3.org/2001/XMLSchema" xmlns:xs="http://www.w3.org/2001/XMLSchema" xmlns:p="http://schemas.microsoft.com/office/2006/metadata/properties" xmlns:ns2="2992ea3d-66c4-44a2-9a0d-4bdf84d82c81" xmlns:ns3="6bbbdd80-2c2a-414b-bc75-bd00ac8438c9" targetNamespace="http://schemas.microsoft.com/office/2006/metadata/properties" ma:root="true" ma:fieldsID="c90292b8cb0d51fe2792b707e54f9316" ns2:_="" ns3:_="">
    <xsd:import namespace="2992ea3d-66c4-44a2-9a0d-4bdf84d82c81"/>
    <xsd:import namespace="6bbbdd80-2c2a-414b-bc75-bd00ac8438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2ea3d-66c4-44a2-9a0d-4bdf84d82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35f8b6a-e104-479e-bede-65b71dc8f44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bbdd80-2c2a-414b-bc75-bd00ac8438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74cd01a-0900-4189-9fd2-4a1ba0eed9a8}" ma:internalName="TaxCatchAll" ma:showField="CatchAllData" ma:web="6bbbdd80-2c2a-414b-bc75-bd00ac8438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6A2AC-3609-4CD9-9599-13858FB49EC2}">
  <ds:schemaRefs>
    <ds:schemaRef ds:uri="http://schemas.microsoft.com/office/2006/metadata/properties"/>
    <ds:schemaRef ds:uri="http://schemas.microsoft.com/office/infopath/2007/PartnerControls"/>
    <ds:schemaRef ds:uri="2992ea3d-66c4-44a2-9a0d-4bdf84d82c81"/>
    <ds:schemaRef ds:uri="6bbbdd80-2c2a-414b-bc75-bd00ac8438c9"/>
  </ds:schemaRefs>
</ds:datastoreItem>
</file>

<file path=customXml/itemProps2.xml><?xml version="1.0" encoding="utf-8"?>
<ds:datastoreItem xmlns:ds="http://schemas.openxmlformats.org/officeDocument/2006/customXml" ds:itemID="{3C174BF1-1C5D-40C8-95FE-176C3C7828BD}">
  <ds:schemaRefs>
    <ds:schemaRef ds:uri="http://schemas.microsoft.com/sharepoint/v3/contenttype/forms"/>
  </ds:schemaRefs>
</ds:datastoreItem>
</file>

<file path=customXml/itemProps3.xml><?xml version="1.0" encoding="utf-8"?>
<ds:datastoreItem xmlns:ds="http://schemas.openxmlformats.org/officeDocument/2006/customXml" ds:itemID="{F7440FB6-04C7-4962-B66A-400DD80B2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2ea3d-66c4-44a2-9a0d-4bdf84d82c81"/>
    <ds:schemaRef ds:uri="6bbbdd80-2c2a-414b-bc75-bd00ac8438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Karen Rinfret</cp:lastModifiedBy>
  <cp:revision>3</cp:revision>
  <dcterms:created xsi:type="dcterms:W3CDTF">2026-09-29T10:42:00Z</dcterms:created>
  <dcterms:modified xsi:type="dcterms:W3CDTF">2026-09-29T12:53:00Z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0x010100017B61C851F4464D9CBC7C3CABDBB0BD</vt:lpwstr>
  </property>
  <property fmtid="{D5CDD505-2E9C-101B-9397-08002B2CF9AE}" pid="3" name="MediaServiceImageTags">
    <vt:lpwstr/>
  </property>
</Properties>
</file>